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D9FDE" w14:textId="77777777" w:rsidR="007C5A44" w:rsidRDefault="00045D5C">
      <w:pPr>
        <w:pStyle w:val="Title"/>
      </w:pPr>
      <w:r>
        <w:t>Job Description</w:t>
      </w:r>
    </w:p>
    <w:p w14:paraId="345ABFEC" w14:textId="0B3AAB55" w:rsidR="007C5A44" w:rsidRDefault="001B4041">
      <w:r>
        <w:rPr>
          <w:b/>
          <w:color w:val="464655"/>
          <w:sz w:val="30"/>
        </w:rPr>
        <w:t>Personal</w:t>
      </w:r>
      <w:r w:rsidR="00045D5C">
        <w:rPr>
          <w:b/>
          <w:color w:val="464655"/>
          <w:sz w:val="30"/>
        </w:rPr>
        <w:t xml:space="preserve"> Assistant</w:t>
      </w:r>
    </w:p>
    <w:tbl>
      <w:tblPr>
        <w:tblStyle w:val="LightShading-Accent1"/>
        <w:tblW w:w="0" w:type="auto"/>
        <w:tblLook w:val="04A0" w:firstRow="1" w:lastRow="0" w:firstColumn="1" w:lastColumn="0" w:noHBand="0" w:noVBand="1"/>
      </w:tblPr>
      <w:tblGrid>
        <w:gridCol w:w="4968"/>
        <w:gridCol w:w="4968"/>
      </w:tblGrid>
      <w:tr w:rsidR="007C5A44" w14:paraId="4C97F034" w14:textId="77777777" w:rsidTr="007C5A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18818406" w14:textId="77777777" w:rsidR="007C5A44" w:rsidRDefault="00045D5C">
            <w:r>
              <w:t>Organisation: Chill’d CIC</w:t>
            </w:r>
          </w:p>
        </w:tc>
        <w:tc>
          <w:tcPr>
            <w:tcW w:w="4968" w:type="dxa"/>
          </w:tcPr>
          <w:p w14:paraId="3BB29200" w14:textId="7D7BCF86" w:rsidR="007C5A44" w:rsidRDefault="00045D5C">
            <w:pPr>
              <w:cnfStyle w:val="100000000000" w:firstRow="1" w:lastRow="0" w:firstColumn="0" w:lastColumn="0" w:oddVBand="0" w:evenVBand="0" w:oddHBand="0" w:evenHBand="0" w:firstRowFirstColumn="0" w:firstRowLastColumn="0" w:lastRowFirstColumn="0" w:lastRowLastColumn="0"/>
            </w:pPr>
            <w:r>
              <w:t xml:space="preserve">Reports to: </w:t>
            </w:r>
            <w:r w:rsidR="00D17FCD">
              <w:t xml:space="preserve">Lead Specialist Mentor / </w:t>
            </w:r>
            <w:r>
              <w:t>Business Support Manager</w:t>
            </w:r>
          </w:p>
        </w:tc>
      </w:tr>
      <w:tr w:rsidR="007C5A44" w14:paraId="7D895867" w14:textId="77777777" w:rsidTr="007C5A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7BE6CB6F" w14:textId="7C08325D" w:rsidR="007C5A44" w:rsidRDefault="00045D5C">
            <w:r>
              <w:t xml:space="preserve">Job title: </w:t>
            </w:r>
            <w:r w:rsidR="001B4041">
              <w:t>Personal</w:t>
            </w:r>
            <w:r>
              <w:t xml:space="preserve"> Assistant</w:t>
            </w:r>
          </w:p>
        </w:tc>
        <w:tc>
          <w:tcPr>
            <w:tcW w:w="4968" w:type="dxa"/>
          </w:tcPr>
          <w:p w14:paraId="60176BA4" w14:textId="77777777" w:rsidR="007C5A44" w:rsidRDefault="00045D5C">
            <w:pPr>
              <w:cnfStyle w:val="000000100000" w:firstRow="0" w:lastRow="0" w:firstColumn="0" w:lastColumn="0" w:oddVBand="0" w:evenVBand="0" w:oddHBand="1" w:evenHBand="0" w:firstRowFirstColumn="0" w:firstRowLastColumn="0" w:lastRowFirstColumn="0" w:lastRowLastColumn="0"/>
            </w:pPr>
            <w:r>
              <w:rPr>
                <w:b/>
              </w:rPr>
              <w:t xml:space="preserve">Location: </w:t>
            </w:r>
            <w:r>
              <w:t>Chill’d CIC</w:t>
            </w:r>
          </w:p>
        </w:tc>
      </w:tr>
    </w:tbl>
    <w:p w14:paraId="191161DA" w14:textId="77777777" w:rsidR="007C5A44" w:rsidRDefault="00045D5C">
      <w:pPr>
        <w:pStyle w:val="Heading1"/>
      </w:pPr>
      <w:r>
        <w:t>Job Purpose</w:t>
      </w:r>
    </w:p>
    <w:p w14:paraId="4AE3BA8B" w14:textId="2E5C3D75" w:rsidR="007C5A44" w:rsidRDefault="00045D5C">
      <w:r>
        <w:t xml:space="preserve">To provide effective administrative support to the day-to-day operations of Chill’d CIC, helping to ensure that records are accurate, communications are managed efficiently, and onboarding and financial administration processes run smoothly. The postholder will support the </w:t>
      </w:r>
      <w:r w:rsidR="00D17FCD">
        <w:t xml:space="preserve">Lead Specialist Mentor and </w:t>
      </w:r>
      <w:r>
        <w:t>Business Support Manager</w:t>
      </w:r>
      <w:r w:rsidR="00D17FCD">
        <w:t xml:space="preserve"> </w:t>
      </w:r>
      <w:r>
        <w:t>with general administration, data entry, onboarding, communications, expenses tracking, attendance reporting, newsletter preparation and routine health, safety and compliance administration.</w:t>
      </w:r>
    </w:p>
    <w:p w14:paraId="1D7831E0" w14:textId="77777777" w:rsidR="007C5A44" w:rsidRDefault="00045D5C">
      <w:pPr>
        <w:pStyle w:val="Heading1"/>
      </w:pPr>
      <w:r>
        <w:t>Key Responsibilities</w:t>
      </w:r>
    </w:p>
    <w:p w14:paraId="271E2DE0" w14:textId="77777777" w:rsidR="007C5A44" w:rsidRDefault="00045D5C">
      <w:pPr>
        <w:pStyle w:val="Heading2"/>
      </w:pPr>
      <w:r>
        <w:t>1. General Administration and Data Entry</w:t>
      </w:r>
    </w:p>
    <w:p w14:paraId="6E233625" w14:textId="77777777" w:rsidR="007C5A44" w:rsidRDefault="00045D5C">
      <w:pPr>
        <w:pStyle w:val="ListBullet"/>
        <w:spacing w:after="40"/>
      </w:pPr>
      <w:r>
        <w:t>Maintain and update staff and young people’s records.</w:t>
      </w:r>
    </w:p>
    <w:p w14:paraId="57E110B1" w14:textId="77777777" w:rsidR="007C5A44" w:rsidRDefault="00045D5C">
      <w:pPr>
        <w:pStyle w:val="ListBullet"/>
        <w:spacing w:after="40"/>
      </w:pPr>
      <w:r>
        <w:t>Ensure information is recorded accurately, kept up to date and stored securely.</w:t>
      </w:r>
    </w:p>
    <w:p w14:paraId="704A3BD3" w14:textId="77777777" w:rsidR="007C5A44" w:rsidRDefault="00045D5C">
      <w:pPr>
        <w:pStyle w:val="ListBullet"/>
        <w:spacing w:after="40"/>
      </w:pPr>
      <w:r>
        <w:t>Support filing, document management and the maintenance of electronic records.</w:t>
      </w:r>
    </w:p>
    <w:p w14:paraId="6AE61293" w14:textId="77777777" w:rsidR="007C5A44" w:rsidRDefault="00045D5C">
      <w:pPr>
        <w:pStyle w:val="ListBullet"/>
        <w:spacing w:after="40"/>
      </w:pPr>
      <w:r>
        <w:t>Assist with preparing reports, spreadsheets, forms and other administrative documents.</w:t>
      </w:r>
    </w:p>
    <w:p w14:paraId="1763743C" w14:textId="77777777" w:rsidR="007C5A44" w:rsidRDefault="00045D5C">
      <w:pPr>
        <w:pStyle w:val="ListBullet"/>
        <w:spacing w:after="40"/>
      </w:pPr>
      <w:r>
        <w:t>Maintain administrative trackers and spreadsheets as required.</w:t>
      </w:r>
    </w:p>
    <w:p w14:paraId="15D2E400" w14:textId="064E8384" w:rsidR="001D710E" w:rsidRDefault="001D710E">
      <w:pPr>
        <w:pStyle w:val="ListBullet"/>
        <w:spacing w:after="40"/>
      </w:pPr>
      <w:r>
        <w:t xml:space="preserve">Maintain </w:t>
      </w:r>
      <w:r w:rsidR="00AC2D83">
        <w:t>attendance</w:t>
      </w:r>
      <w:r>
        <w:t xml:space="preserve"> </w:t>
      </w:r>
      <w:r w:rsidR="00AC2D83">
        <w:t xml:space="preserve">records </w:t>
      </w:r>
    </w:p>
    <w:p w14:paraId="21A1517C" w14:textId="77777777" w:rsidR="00AC2D83" w:rsidRDefault="00AC2D83" w:rsidP="00AC2D83">
      <w:pPr>
        <w:pStyle w:val="ListBullet"/>
        <w:spacing w:after="40"/>
      </w:pPr>
      <w:r>
        <w:t>Support the processing and recording of staff expense claims.</w:t>
      </w:r>
    </w:p>
    <w:p w14:paraId="0149660C" w14:textId="77777777" w:rsidR="00CD75C6" w:rsidRDefault="00CD75C6" w:rsidP="00CD75C6">
      <w:pPr>
        <w:pStyle w:val="ListBullet"/>
        <w:spacing w:after="40"/>
      </w:pPr>
      <w:r>
        <w:t>Support the preparation of reports, newsletters and general organisational communications.</w:t>
      </w:r>
    </w:p>
    <w:p w14:paraId="613D350B" w14:textId="77777777" w:rsidR="00CD75C6" w:rsidRDefault="00CD75C6" w:rsidP="00CD75C6">
      <w:pPr>
        <w:pStyle w:val="ListBullet"/>
        <w:spacing w:after="40"/>
      </w:pPr>
      <w:r>
        <w:t>Assist with organising meetings, training sessions and staff events where required.</w:t>
      </w:r>
    </w:p>
    <w:p w14:paraId="21B03E0E" w14:textId="60ECCABB" w:rsidR="00CD75C6" w:rsidRDefault="00CD75C6" w:rsidP="00AC2D83">
      <w:pPr>
        <w:pStyle w:val="ListBullet"/>
        <w:spacing w:after="40"/>
      </w:pPr>
      <w:r>
        <w:t>Adhoc duties</w:t>
      </w:r>
    </w:p>
    <w:p w14:paraId="5B244F38" w14:textId="29CA4BB7" w:rsidR="00CD75C6" w:rsidRDefault="00CD75C6" w:rsidP="00AC2D83">
      <w:pPr>
        <w:pStyle w:val="ListBullet"/>
        <w:spacing w:after="40"/>
      </w:pPr>
      <w:r>
        <w:t>Assist with responding to general enquiries by email and</w:t>
      </w:r>
      <w:r w:rsidR="007423E0">
        <w:t xml:space="preserve"> phone</w:t>
      </w:r>
    </w:p>
    <w:p w14:paraId="7A3D6D91" w14:textId="77777777" w:rsidR="00AC2D83" w:rsidRDefault="00AC2D83" w:rsidP="007423E0">
      <w:pPr>
        <w:pStyle w:val="ListBullet"/>
        <w:numPr>
          <w:ilvl w:val="0"/>
          <w:numId w:val="0"/>
        </w:numPr>
        <w:spacing w:after="40"/>
      </w:pPr>
    </w:p>
    <w:p w14:paraId="5D6EEBC0" w14:textId="77777777" w:rsidR="007C5A44" w:rsidRDefault="00045D5C">
      <w:pPr>
        <w:pStyle w:val="Heading2"/>
      </w:pPr>
      <w:r>
        <w:t>2. Young People and Staff Onboarding</w:t>
      </w:r>
    </w:p>
    <w:p w14:paraId="0357094F" w14:textId="77777777" w:rsidR="007C5A44" w:rsidRDefault="00045D5C">
      <w:pPr>
        <w:pStyle w:val="ListBullet"/>
        <w:spacing w:after="40"/>
      </w:pPr>
      <w:r>
        <w:t>Support the onboarding process for new young people, including gathering required information and maintaining records.</w:t>
      </w:r>
    </w:p>
    <w:p w14:paraId="3D0CC609" w14:textId="77777777" w:rsidR="007C5A44" w:rsidRDefault="00045D5C">
      <w:pPr>
        <w:pStyle w:val="ListBullet"/>
        <w:spacing w:after="40"/>
      </w:pPr>
      <w:r>
        <w:t>Assist with collecting referral information, consent forms and relevant documentation.</w:t>
      </w:r>
    </w:p>
    <w:p w14:paraId="2E1612CC" w14:textId="77777777" w:rsidR="007C5A44" w:rsidRDefault="00045D5C">
      <w:pPr>
        <w:pStyle w:val="ListBullet"/>
        <w:spacing w:after="40"/>
      </w:pPr>
      <w:r>
        <w:t>Support the onboarding of new staff, including gathering starter information and ensuring required documents are received.</w:t>
      </w:r>
    </w:p>
    <w:p w14:paraId="1FDBF98C" w14:textId="77777777" w:rsidR="007C5A44" w:rsidRDefault="00045D5C">
      <w:pPr>
        <w:pStyle w:val="ListBullet"/>
        <w:spacing w:after="40"/>
      </w:pPr>
      <w:r>
        <w:t>Maintain onboarding checklists and track outstanding paperwork and documentation.</w:t>
      </w:r>
    </w:p>
    <w:p w14:paraId="550136BE" w14:textId="77777777" w:rsidR="007C5A44" w:rsidRDefault="00045D5C">
      <w:pPr>
        <w:pStyle w:val="ListBullet"/>
        <w:spacing w:after="40"/>
      </w:pPr>
      <w:r>
        <w:t>Liaise with relevant team members to ensure onboarding tasks are completed promptly.</w:t>
      </w:r>
    </w:p>
    <w:p w14:paraId="54FD170B" w14:textId="77777777" w:rsidR="00CD75C6" w:rsidRDefault="00CD75C6" w:rsidP="00CD75C6">
      <w:pPr>
        <w:pStyle w:val="ListBullet"/>
        <w:spacing w:after="40"/>
      </w:pPr>
      <w:r>
        <w:t>Support communications with parents, carers, schools, staff and other relevant contacts.</w:t>
      </w:r>
    </w:p>
    <w:p w14:paraId="0C3128F6" w14:textId="77777777" w:rsidR="00CD75C6" w:rsidRDefault="00CD75C6" w:rsidP="00CD75C6">
      <w:pPr>
        <w:pStyle w:val="ListBullet"/>
        <w:numPr>
          <w:ilvl w:val="0"/>
          <w:numId w:val="0"/>
        </w:numPr>
        <w:spacing w:after="40"/>
        <w:ind w:left="360"/>
      </w:pPr>
    </w:p>
    <w:p w14:paraId="5CD8C738" w14:textId="77777777" w:rsidR="00CD75C6" w:rsidRDefault="00CD75C6" w:rsidP="00CD75C6">
      <w:pPr>
        <w:pStyle w:val="ListBullet"/>
        <w:numPr>
          <w:ilvl w:val="0"/>
          <w:numId w:val="0"/>
        </w:numPr>
        <w:spacing w:after="40"/>
        <w:ind w:left="360"/>
      </w:pPr>
    </w:p>
    <w:p w14:paraId="2B3FF824" w14:textId="5521B0AB" w:rsidR="007C5A44" w:rsidRDefault="00864794">
      <w:pPr>
        <w:pStyle w:val="Heading2"/>
      </w:pPr>
      <w:r>
        <w:t>3</w:t>
      </w:r>
      <w:r w:rsidR="00045D5C">
        <w:t>. Health, Safety and Compliance Support</w:t>
      </w:r>
    </w:p>
    <w:p w14:paraId="501F4ED3" w14:textId="77777777" w:rsidR="007C5A44" w:rsidRDefault="00045D5C">
      <w:pPr>
        <w:pStyle w:val="ListBullet"/>
        <w:spacing w:after="40"/>
      </w:pPr>
      <w:r>
        <w:t>Provide administrative support with health and safety and compliance duties across Chill’d CIC.</w:t>
      </w:r>
    </w:p>
    <w:p w14:paraId="5C1FD502" w14:textId="77777777" w:rsidR="007C5A44" w:rsidRDefault="00045D5C">
      <w:pPr>
        <w:pStyle w:val="ListBullet"/>
        <w:spacing w:after="40"/>
      </w:pPr>
      <w:r>
        <w:lastRenderedPageBreak/>
        <w:t>Assist with maintaining health and safety records, compliance folders and relevant documentation.</w:t>
      </w:r>
    </w:p>
    <w:p w14:paraId="4C3B9E32" w14:textId="77777777" w:rsidR="007C5A44" w:rsidRDefault="00045D5C">
      <w:pPr>
        <w:pStyle w:val="ListBullet"/>
        <w:spacing w:after="40"/>
      </w:pPr>
      <w:r>
        <w:t>Support the monitoring and updating of health and safety and compliance trackers.</w:t>
      </w:r>
    </w:p>
    <w:p w14:paraId="2630B04B" w14:textId="77777777" w:rsidR="007C5A44" w:rsidRDefault="00045D5C">
      <w:pPr>
        <w:pStyle w:val="ListBullet"/>
        <w:spacing w:after="40"/>
      </w:pPr>
      <w:r>
        <w:t>Help track staff training, qualifications, certificates and renewal dates, highlighting outstanding requirements.</w:t>
      </w:r>
    </w:p>
    <w:p w14:paraId="34E7F5B4" w14:textId="77777777" w:rsidR="007C5A44" w:rsidRDefault="00045D5C">
      <w:pPr>
        <w:pStyle w:val="ListBullet"/>
        <w:spacing w:after="40"/>
      </w:pPr>
      <w:r>
        <w:t>Assist with monitoring review dates for policies, risk assessments and other compliance documents.</w:t>
      </w:r>
    </w:p>
    <w:p w14:paraId="41C9C6AB" w14:textId="77777777" w:rsidR="007C5A44" w:rsidRDefault="00045D5C">
      <w:pPr>
        <w:pStyle w:val="ListBullet"/>
        <w:spacing w:after="40"/>
      </w:pPr>
      <w:r>
        <w:t>Support the recording and monitoring of accidents, incidents and near misses, ensuring documentation is completed and stored appropriately.</w:t>
      </w:r>
    </w:p>
    <w:p w14:paraId="74D76483" w14:textId="77777777" w:rsidR="007C5A44" w:rsidRDefault="00045D5C">
      <w:pPr>
        <w:pStyle w:val="ListBullet"/>
        <w:spacing w:after="40"/>
      </w:pPr>
      <w:r>
        <w:t>Assist with workplace inspection records, safety checklists and other routine compliance checks.</w:t>
      </w:r>
    </w:p>
    <w:p w14:paraId="0637DFFE" w14:textId="77777777" w:rsidR="007C5A44" w:rsidRDefault="00045D5C">
      <w:pPr>
        <w:pStyle w:val="ListBullet"/>
        <w:spacing w:after="40"/>
      </w:pPr>
      <w:r>
        <w:t>Help ensure required documentation is organised and readily available for audits, inspections or internal reviews.</w:t>
      </w:r>
    </w:p>
    <w:p w14:paraId="2898C40E" w14:textId="77777777" w:rsidR="007C5A44" w:rsidRDefault="00045D5C">
      <w:pPr>
        <w:pStyle w:val="ListBullet"/>
        <w:spacing w:after="40"/>
      </w:pPr>
      <w:r>
        <w:t>Report missing documentation, overdue actions or potential compliance concerns to the Business Support Manager.</w:t>
      </w:r>
    </w:p>
    <w:p w14:paraId="07A60A15" w14:textId="77777777" w:rsidR="007C5A44" w:rsidRDefault="00045D5C">
      <w:pPr>
        <w:pStyle w:val="ListBullet"/>
        <w:spacing w:after="40"/>
      </w:pPr>
      <w:r>
        <w:t>Carry out other reasonable health and safety and compliance administrative tasks as directed, in line with the postholder’s training and competence.</w:t>
      </w:r>
    </w:p>
    <w:p w14:paraId="06109F51" w14:textId="77777777" w:rsidR="007C5A44" w:rsidRDefault="00045D5C">
      <w:pPr>
        <w:pStyle w:val="Heading1"/>
      </w:pPr>
      <w:r>
        <w:t>Confidentiality and Safeguarding</w:t>
      </w:r>
    </w:p>
    <w:p w14:paraId="46BC8B5E" w14:textId="77777777" w:rsidR="007C5A44" w:rsidRDefault="00045D5C">
      <w:pPr>
        <w:pStyle w:val="ListBullet"/>
        <w:spacing w:after="40"/>
      </w:pPr>
      <w:r>
        <w:t>Maintain confidentiality when handling information relating to young people, families, staff and the organisation.</w:t>
      </w:r>
    </w:p>
    <w:p w14:paraId="4A3B5DAE" w14:textId="77777777" w:rsidR="007C5A44" w:rsidRDefault="00045D5C">
      <w:pPr>
        <w:pStyle w:val="ListBullet"/>
        <w:spacing w:after="40"/>
      </w:pPr>
      <w:r>
        <w:t>Follow Chill’d CIC’s policies and procedures, including safeguarding, data protection, health and safety and confidentiality.</w:t>
      </w:r>
    </w:p>
    <w:p w14:paraId="6285AF74" w14:textId="77777777" w:rsidR="007C5A44" w:rsidRDefault="00045D5C">
      <w:pPr>
        <w:pStyle w:val="ListBullet"/>
        <w:spacing w:after="40"/>
      </w:pPr>
      <w:r>
        <w:t>Understand the importance of safeguarding within an Alternative Provision setting and report concerns promptly to the Designated Safeguarding Lead or appropriate manager.</w:t>
      </w:r>
    </w:p>
    <w:p w14:paraId="3DA8EDC7" w14:textId="77777777" w:rsidR="007C5A44" w:rsidRDefault="00045D5C">
      <w:pPr>
        <w:pStyle w:val="ListBullet"/>
        <w:spacing w:after="40"/>
      </w:pPr>
      <w:r>
        <w:t>Ensure records are handled, stored and shared securely and only with authorised individuals.</w:t>
      </w:r>
    </w:p>
    <w:p w14:paraId="14B6AFB5" w14:textId="77777777" w:rsidR="007C5A44" w:rsidRDefault="00045D5C">
      <w:pPr>
        <w:pStyle w:val="Heading1"/>
      </w:pPr>
      <w:r>
        <w:t>Person Specification</w:t>
      </w:r>
    </w:p>
    <w:p w14:paraId="3F7F6003" w14:textId="77777777" w:rsidR="007C5A44" w:rsidRDefault="00045D5C">
      <w:pPr>
        <w:pStyle w:val="Heading2"/>
      </w:pPr>
      <w:r>
        <w:t>Essential</w:t>
      </w:r>
    </w:p>
    <w:p w14:paraId="149321D8" w14:textId="77777777" w:rsidR="007C5A44" w:rsidRDefault="00045D5C">
      <w:pPr>
        <w:pStyle w:val="ListBullet"/>
        <w:spacing w:after="40"/>
      </w:pPr>
      <w:r>
        <w:t>Good organisational and administrative skills.</w:t>
      </w:r>
    </w:p>
    <w:p w14:paraId="6B860B45" w14:textId="77777777" w:rsidR="007C5A44" w:rsidRDefault="00045D5C">
      <w:pPr>
        <w:pStyle w:val="ListBullet"/>
        <w:spacing w:after="40"/>
      </w:pPr>
      <w:r>
        <w:t>Strong attention to detail and accuracy.</w:t>
      </w:r>
    </w:p>
    <w:p w14:paraId="106B51ED" w14:textId="77777777" w:rsidR="007C5A44" w:rsidRDefault="00045D5C">
      <w:pPr>
        <w:pStyle w:val="ListBullet"/>
        <w:spacing w:after="40"/>
      </w:pPr>
      <w:r>
        <w:t>Good written and verbal communication skills.</w:t>
      </w:r>
    </w:p>
    <w:p w14:paraId="0032AE51" w14:textId="77777777" w:rsidR="007C5A44" w:rsidRDefault="00045D5C">
      <w:pPr>
        <w:pStyle w:val="ListBullet"/>
        <w:spacing w:after="40"/>
      </w:pPr>
      <w:r>
        <w:t>Competent IT skills, including email, spreadsheets and document processing.</w:t>
      </w:r>
    </w:p>
    <w:p w14:paraId="33561C43" w14:textId="77777777" w:rsidR="007C5A44" w:rsidRDefault="00045D5C">
      <w:pPr>
        <w:pStyle w:val="ListBullet"/>
        <w:spacing w:after="40"/>
      </w:pPr>
      <w:r>
        <w:t>Ability to manage information confidentially and responsibly.</w:t>
      </w:r>
    </w:p>
    <w:p w14:paraId="09871115" w14:textId="77777777" w:rsidR="007C5A44" w:rsidRDefault="00045D5C">
      <w:pPr>
        <w:pStyle w:val="ListBullet"/>
        <w:spacing w:after="40"/>
      </w:pPr>
      <w:r>
        <w:t>Ability to prioritise tasks and meet deadlines.</w:t>
      </w:r>
    </w:p>
    <w:p w14:paraId="1DA71338" w14:textId="77777777" w:rsidR="007C5A44" w:rsidRDefault="00045D5C">
      <w:pPr>
        <w:pStyle w:val="ListBullet"/>
        <w:spacing w:after="40"/>
      </w:pPr>
      <w:r>
        <w:t>A flexible, proactive and reliable approach to work.</w:t>
      </w:r>
    </w:p>
    <w:p w14:paraId="2D9914DA" w14:textId="77777777" w:rsidR="007C5A44" w:rsidRDefault="00045D5C">
      <w:pPr>
        <w:pStyle w:val="ListBullet"/>
        <w:spacing w:after="40"/>
      </w:pPr>
      <w:r>
        <w:t>Ability to work independently and as part of a team.</w:t>
      </w:r>
    </w:p>
    <w:p w14:paraId="64C1A9F0" w14:textId="77777777" w:rsidR="007C5A44" w:rsidRDefault="00045D5C">
      <w:pPr>
        <w:pStyle w:val="Heading2"/>
      </w:pPr>
      <w:r>
        <w:t>Desirable</w:t>
      </w:r>
    </w:p>
    <w:p w14:paraId="74A1459C" w14:textId="77777777" w:rsidR="007C5A44" w:rsidRDefault="00045D5C">
      <w:pPr>
        <w:pStyle w:val="ListBullet"/>
        <w:spacing w:after="40"/>
      </w:pPr>
      <w:r>
        <w:t>Previous experience in an administrative or office-based role.</w:t>
      </w:r>
    </w:p>
    <w:p w14:paraId="69F86150" w14:textId="77777777" w:rsidR="007C5A44" w:rsidRDefault="00045D5C">
      <w:pPr>
        <w:pStyle w:val="ListBullet"/>
        <w:spacing w:after="40"/>
      </w:pPr>
      <w:r>
        <w:t>Experience maintaining databases, spreadsheets or digital records.</w:t>
      </w:r>
    </w:p>
    <w:p w14:paraId="78BA2CC6" w14:textId="77777777" w:rsidR="007C5A44" w:rsidRDefault="00045D5C">
      <w:pPr>
        <w:pStyle w:val="ListBullet"/>
        <w:spacing w:after="40"/>
      </w:pPr>
      <w:r>
        <w:t>Experience supporting onboarding or maintaining staff and young people’s records.</w:t>
      </w:r>
    </w:p>
    <w:p w14:paraId="1954ABA8" w14:textId="77777777" w:rsidR="007C5A44" w:rsidRDefault="00045D5C">
      <w:pPr>
        <w:pStyle w:val="ListBullet"/>
        <w:spacing w:after="40"/>
      </w:pPr>
      <w:r>
        <w:t>Experience with expense tracking or basic financial administration.</w:t>
      </w:r>
    </w:p>
    <w:p w14:paraId="604A0C18" w14:textId="77777777" w:rsidR="007C5A44" w:rsidRDefault="00045D5C">
      <w:pPr>
        <w:pStyle w:val="ListBullet"/>
        <w:spacing w:after="40"/>
      </w:pPr>
      <w:r>
        <w:t>Experience preparing newsletters or other communications.</w:t>
      </w:r>
    </w:p>
    <w:p w14:paraId="13BEDA2D" w14:textId="77777777" w:rsidR="007C5A44" w:rsidRDefault="00045D5C">
      <w:pPr>
        <w:pStyle w:val="ListBullet"/>
        <w:spacing w:after="40"/>
      </w:pPr>
      <w:r>
        <w:t>Experience maintaining attendance records or preparing reports.</w:t>
      </w:r>
    </w:p>
    <w:p w14:paraId="1BC4A194" w14:textId="77777777" w:rsidR="007C5A44" w:rsidRDefault="00045D5C">
      <w:pPr>
        <w:pStyle w:val="ListBullet"/>
        <w:spacing w:after="40"/>
      </w:pPr>
      <w:r>
        <w:t>An interest in health and safety, compliance and maintaining accurate records.</w:t>
      </w:r>
    </w:p>
    <w:p w14:paraId="61776B34" w14:textId="77777777" w:rsidR="007C5A44" w:rsidRDefault="00045D5C">
      <w:pPr>
        <w:pStyle w:val="ListBullet"/>
        <w:spacing w:after="40"/>
      </w:pPr>
      <w:r>
        <w:t>Experience supporting audits, inspections or routine workplace safety checks.</w:t>
      </w:r>
    </w:p>
    <w:p w14:paraId="3D588BD3" w14:textId="77777777" w:rsidR="007C5A44" w:rsidRDefault="00045D5C">
      <w:pPr>
        <w:pStyle w:val="ListBullet"/>
        <w:spacing w:after="40"/>
      </w:pPr>
      <w:r>
        <w:t>Experience working in education, childcare, Alternative Provision or a similar setting.</w:t>
      </w:r>
    </w:p>
    <w:p w14:paraId="08F8E0A4" w14:textId="77777777" w:rsidR="007C5A44" w:rsidRDefault="00045D5C">
      <w:pPr>
        <w:pStyle w:val="Heading1"/>
      </w:pPr>
      <w:r>
        <w:lastRenderedPageBreak/>
        <w:t>General</w:t>
      </w:r>
    </w:p>
    <w:p w14:paraId="4ECEB5E4" w14:textId="77777777" w:rsidR="007C5A44" w:rsidRDefault="00045D5C">
      <w:r>
        <w:t>The postholder is expected to work in accordance with Chill’d CIC’s values, policies and procedures and contribute positively to the smooth and effective running of the organisation. This job description is not exhaustive and may be amended in consultation with the postholder to reflect the changing needs of Chill’d CIC.</w:t>
      </w:r>
    </w:p>
    <w:sectPr w:rsidR="007C5A44" w:rsidSect="00034616">
      <w:headerReference w:type="default" r:id="rId8"/>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F1684" w14:textId="77777777" w:rsidR="00067556" w:rsidRDefault="00067556">
      <w:pPr>
        <w:spacing w:after="0" w:line="240" w:lineRule="auto"/>
      </w:pPr>
      <w:r>
        <w:separator/>
      </w:r>
    </w:p>
  </w:endnote>
  <w:endnote w:type="continuationSeparator" w:id="0">
    <w:p w14:paraId="1519D8F0" w14:textId="77777777" w:rsidR="00067556" w:rsidRDefault="0006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5D18F" w14:textId="0F7A87DC" w:rsidR="007C5A44" w:rsidRDefault="00045D5C">
    <w:pPr>
      <w:pStyle w:val="Footer"/>
      <w:jc w:val="center"/>
    </w:pPr>
    <w:r>
      <w:rPr>
        <w:color w:val="6E6E78"/>
        <w:sz w:val="16"/>
      </w:rPr>
      <w:t xml:space="preserve">Chill’d CIC  •  </w:t>
    </w:r>
    <w:r w:rsidR="001B4041">
      <w:rPr>
        <w:color w:val="6E6E78"/>
        <w:sz w:val="16"/>
      </w:rPr>
      <w:t>Personal</w:t>
    </w:r>
    <w:r>
      <w:rPr>
        <w:color w:val="6E6E78"/>
        <w:sz w:val="16"/>
      </w:rPr>
      <w:t xml:space="preserve"> Assistant  |  Page </w:t>
    </w:r>
    <w:r>
      <w:fldChar w:fldCharType="begin"/>
    </w:r>
    <w:r>
      <w:instrText>PAGE</w:instrText>
    </w:r>
    <w:r>
      <w:fldChar w:fldCharType="separate"/>
    </w:r>
    <w:r w:rsidR="00D17FC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ED4F7" w14:textId="77777777" w:rsidR="00067556" w:rsidRDefault="00067556">
      <w:pPr>
        <w:spacing w:after="0" w:line="240" w:lineRule="auto"/>
      </w:pPr>
      <w:r>
        <w:separator/>
      </w:r>
    </w:p>
  </w:footnote>
  <w:footnote w:type="continuationSeparator" w:id="0">
    <w:p w14:paraId="7E278993" w14:textId="77777777" w:rsidR="00067556" w:rsidRDefault="000675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EC7B" w14:textId="77777777" w:rsidR="007C5A44" w:rsidRDefault="00045D5C">
    <w:pPr>
      <w:pStyle w:val="Header"/>
      <w:jc w:val="right"/>
    </w:pPr>
    <w:r>
      <w:rPr>
        <w:b/>
        <w:color w:val="453984"/>
        <w:sz w:val="18"/>
      </w:rPr>
      <w:t>CHILL’D CIC  |  A DIFFERENT WAY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3759561">
    <w:abstractNumId w:val="8"/>
  </w:num>
  <w:num w:numId="2" w16cid:durableId="820585497">
    <w:abstractNumId w:val="6"/>
  </w:num>
  <w:num w:numId="3" w16cid:durableId="1969244031">
    <w:abstractNumId w:val="5"/>
  </w:num>
  <w:num w:numId="4" w16cid:durableId="1580603739">
    <w:abstractNumId w:val="4"/>
  </w:num>
  <w:num w:numId="5" w16cid:durableId="908657296">
    <w:abstractNumId w:val="7"/>
  </w:num>
  <w:num w:numId="6" w16cid:durableId="940068104">
    <w:abstractNumId w:val="3"/>
  </w:num>
  <w:num w:numId="7" w16cid:durableId="548105076">
    <w:abstractNumId w:val="2"/>
  </w:num>
  <w:num w:numId="8" w16cid:durableId="1748109894">
    <w:abstractNumId w:val="1"/>
  </w:num>
  <w:num w:numId="9" w16cid:durableId="2018117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D5C"/>
    <w:rsid w:val="0006063C"/>
    <w:rsid w:val="00067556"/>
    <w:rsid w:val="000B0ACC"/>
    <w:rsid w:val="0015074B"/>
    <w:rsid w:val="001B4041"/>
    <w:rsid w:val="001D4307"/>
    <w:rsid w:val="001D710E"/>
    <w:rsid w:val="0029639D"/>
    <w:rsid w:val="002C74A8"/>
    <w:rsid w:val="00326F90"/>
    <w:rsid w:val="003536FB"/>
    <w:rsid w:val="007423E0"/>
    <w:rsid w:val="007C5A44"/>
    <w:rsid w:val="00864794"/>
    <w:rsid w:val="009A4667"/>
    <w:rsid w:val="00A61203"/>
    <w:rsid w:val="00AA1D8D"/>
    <w:rsid w:val="00AC2D83"/>
    <w:rsid w:val="00B47730"/>
    <w:rsid w:val="00CB0664"/>
    <w:rsid w:val="00CD75C6"/>
    <w:rsid w:val="00D17FCD"/>
    <w:rsid w:val="00F32388"/>
    <w:rsid w:val="00F41B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87D52B"/>
  <w14:defaultImageDpi w14:val="300"/>
  <w15:docId w15:val="{6A1F0F79-E82F-4EA9-8E38-C16D965E5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D2D37"/>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45398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5398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45398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Keeley Lowry</cp:lastModifiedBy>
  <cp:revision>10</cp:revision>
  <dcterms:created xsi:type="dcterms:W3CDTF">2026-10-22T19:02:00Z</dcterms:created>
  <dcterms:modified xsi:type="dcterms:W3CDTF">2026-10-30T06:05:00Z</dcterms:modified>
  <cp:category/>
</cp:coreProperties>
</file>